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color w:val="047857"/>
          <w:sz w:val="36"/>
        </w:rPr>
        <w:t>ZaZa Bio — Paper Order Form</w:t>
      </w:r>
    </w:p>
    <w:p>
      <w:pPr>
        <w:spacing w:after="200"/>
      </w:pPr>
      <w:r>
        <w:rPr>
          <w:i/>
          <w:color w:val="4B5563"/>
          <w:sz w:val="19"/>
        </w:rPr>
        <w:t>Please fill in your contact information and write the quantity for each item below.</w:t>
      </w:r>
    </w:p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E5E7EB"/>
          <w:bottom w:val="single" w:sz="4" w:space="0" w:color="E5E7EB"/>
          <w:left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5256"/>
        <w:gridCol w:w="5256"/>
      </w:tblGrid>
      <w:tr>
        <w:tc>
          <w:tcPr>
            <w:tcW w:type="dxa" w:w="5256"/>
            <w:shd w:fill="F9FAFB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111827"/>
              </w:rPr>
              <w:t xml:space="preserve">Full Name: </w:t>
            </w:r>
            <w:r>
              <w:rPr>
                <w:color w:val="374151"/>
              </w:rPr>
              <w:t>____________________________________</w:t>
            </w:r>
          </w:p>
        </w:tc>
        <w:tc>
          <w:tcPr>
            <w:tcW w:type="dxa" w:w="5256"/>
            <w:shd w:fill="F9FAFB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111827"/>
              </w:rPr>
              <w:t xml:space="preserve">Phone Number: </w:t>
            </w:r>
            <w:r>
              <w:rPr>
                <w:color w:val="374151"/>
              </w:rPr>
              <w:t>____________________________________</w:t>
            </w:r>
          </w:p>
        </w:tc>
      </w:tr>
      <w:tr>
        <w:tc>
          <w:tcPr>
            <w:tcW w:type="dxa" w:w="5256"/>
            <w:shd w:fill="F9FAFB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111827"/>
              </w:rPr>
              <w:t xml:space="preserve">Email Address: </w:t>
            </w:r>
            <w:r>
              <w:rPr>
                <w:color w:val="374151"/>
              </w:rPr>
              <w:t>____________________________________</w:t>
            </w:r>
          </w:p>
        </w:tc>
        <w:tc>
          <w:tcPr>
            <w:tcW w:type="dxa" w:w="5256"/>
            <w:shd w:fill="F9FAFB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111827"/>
              </w:rPr>
              <w:t xml:space="preserve">Fulfilment: </w:t>
            </w:r>
            <w:r>
              <w:rPr>
                <w:color w:val="374151"/>
              </w:rPr>
              <w:t>[  ] Delivery      [  ] Pickup</w:t>
            </w:r>
          </w:p>
        </w:tc>
      </w:tr>
      <w:tr>
        <w:tc>
          <w:tcPr>
            <w:tcW w:type="dxa" w:w="5256"/>
            <w:shd w:fill="F9FAFB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111827"/>
              </w:rPr>
              <w:t xml:space="preserve">Street Address: </w:t>
            </w:r>
            <w:r>
              <w:rPr>
                <w:color w:val="374151"/>
              </w:rPr>
              <w:t>____________________________________</w:t>
            </w:r>
          </w:p>
        </w:tc>
        <w:tc>
          <w:tcPr>
            <w:tcW w:type="dxa" w:w="5256"/>
            <w:shd w:fill="F9FAFB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111827"/>
              </w:rPr>
              <w:t xml:space="preserve">City, State, ZIP: </w:t>
            </w:r>
            <w:r>
              <w:rPr>
                <w:color w:val="374151"/>
              </w:rPr>
              <w:t>____________________________________</w:t>
            </w:r>
          </w:p>
        </w:tc>
      </w:tr>
      <w:tr>
        <w:tc>
          <w:tcPr>
            <w:tcW w:type="dxa" w:w="5256"/>
            <w:shd w:fill="F9FAFB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111827"/>
              </w:rPr>
              <w:t xml:space="preserve">Payment Preference: </w:t>
            </w:r>
            <w:r>
              <w:rPr>
                <w:color w:val="374151"/>
              </w:rPr>
              <w:t>[  ] Cash    [  ] Zelle    [  ] Bank Transfer</w:t>
            </w:r>
          </w:p>
        </w:tc>
        <w:tc>
          <w:tcPr>
            <w:tcW w:type="dxa" w:w="5256"/>
            <w:shd w:fill="F9FAFB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111827"/>
              </w:rPr>
              <w:t xml:space="preserve">Date: </w:t>
            </w:r>
            <w:r>
              <w:rPr>
                <w:color w:val="374151"/>
              </w:rPr>
              <w:t>____ / ____ / 202__</w:t>
            </w:r>
          </w:p>
        </w:tc>
      </w:tr>
    </w:tbl>
    <w:p>
      <w:pPr>
        <w:spacing w:before="160" w:after="80"/>
      </w:pPr>
    </w:p>
    <w:p>
      <w:pPr>
        <w:spacing w:after="80"/>
      </w:pPr>
      <w:r>
        <w:rPr>
          <w:b/>
          <w:color w:val="047857"/>
          <w:sz w:val="24"/>
        </w:rPr>
        <w:t>Products &amp; Quantity Selection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left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3600"/>
            <w:shd w:fill="04785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</w:rPr>
              <w:t>Product Name</w:t>
            </w:r>
          </w:p>
        </w:tc>
        <w:tc>
          <w:tcPr>
            <w:tcW w:type="dxa" w:w="2592"/>
            <w:shd w:fill="04785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</w:rPr>
              <w:t>Description / Details</w:t>
            </w:r>
          </w:p>
        </w:tc>
        <w:tc>
          <w:tcPr>
            <w:tcW w:type="dxa" w:w="1296"/>
            <w:shd w:fill="04785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</w:rPr>
              <w:t>Size</w:t>
            </w:r>
          </w:p>
        </w:tc>
        <w:tc>
          <w:tcPr>
            <w:tcW w:type="dxa" w:w="1296"/>
            <w:shd w:fill="04785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</w:rPr>
              <w:t>Price</w:t>
            </w:r>
          </w:p>
        </w:tc>
        <w:tc>
          <w:tcPr>
            <w:tcW w:type="dxa" w:w="1728"/>
            <w:shd w:fill="04785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</w:rPr>
              <w:t>Qty Ordered</w:t>
            </w:r>
          </w:p>
        </w:tc>
      </w:tr>
      <w:tr>
        <w:tc>
          <w:tcPr>
            <w:tcW w:type="dxa" w:w="3600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BPC-157</w:t>
            </w:r>
          </w:p>
        </w:tc>
        <w:tc>
          <w:tcPr>
            <w:tcW w:type="dxa" w:w="2592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PURITY 99%+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5mg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$69.99</w:t>
            </w:r>
          </w:p>
        </w:tc>
        <w:tc>
          <w:tcPr>
            <w:tcW w:type="dxa" w:w="1728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BPC-157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PURITY 99%+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10mg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$99.99</w:t>
            </w:r>
          </w:p>
        </w:tc>
        <w:tc>
          <w:tcPr>
            <w:tcW w:type="dxa" w:w="1728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GHK-Cu</w:t>
            </w:r>
          </w:p>
        </w:tc>
        <w:tc>
          <w:tcPr>
            <w:tcW w:type="dxa" w:w="2592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SKIN &amp; COLLAGEN SUPPORT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50mg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$59.99</w:t>
            </w:r>
          </w:p>
        </w:tc>
        <w:tc>
          <w:tcPr>
            <w:tcW w:type="dxa" w:w="1728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GHK-Cu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SKIN &amp; COLLAGEN SUPPORT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100mg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$99.99</w:t>
            </w:r>
          </w:p>
        </w:tc>
        <w:tc>
          <w:tcPr>
            <w:tcW w:type="dxa" w:w="1728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GLOW Blend</w:t>
            </w:r>
          </w:p>
        </w:tc>
        <w:tc>
          <w:tcPr>
            <w:tcW w:type="dxa" w:w="2592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BPC-157 10mg / TB-500 10mg / GHK-Cu 50mg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70mg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$149.99</w:t>
            </w:r>
          </w:p>
        </w:tc>
        <w:tc>
          <w:tcPr>
            <w:tcW w:type="dxa" w:w="1728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Retatrutide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WEIGHT LOSS SUPPORT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10mg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$109.99</w:t>
            </w:r>
          </w:p>
        </w:tc>
        <w:tc>
          <w:tcPr>
            <w:tcW w:type="dxa" w:w="1728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Retatrutide</w:t>
            </w:r>
          </w:p>
        </w:tc>
        <w:tc>
          <w:tcPr>
            <w:tcW w:type="dxa" w:w="2592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WEIGHT LOSS SUPPORT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20mg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$229.99</w:t>
            </w:r>
          </w:p>
        </w:tc>
        <w:tc>
          <w:tcPr>
            <w:tcW w:type="dxa" w:w="1728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Retatrutide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WEIGHT LOSS SUPPORT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30mg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$239.99</w:t>
            </w:r>
          </w:p>
        </w:tc>
        <w:tc>
          <w:tcPr>
            <w:tcW w:type="dxa" w:w="1728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MOTs-c</w:t>
            </w:r>
          </w:p>
        </w:tc>
        <w:tc>
          <w:tcPr>
            <w:tcW w:type="dxa" w:w="2592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MITOCHONDRIAL PEPTIDE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20mg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$149.99</w:t>
            </w:r>
          </w:p>
        </w:tc>
        <w:tc>
          <w:tcPr>
            <w:tcW w:type="dxa" w:w="1728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Tesamorelin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GHRP PEPTIDE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20mg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$169.99</w:t>
            </w:r>
          </w:p>
        </w:tc>
        <w:tc>
          <w:tcPr>
            <w:tcW w:type="dxa" w:w="1728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Melanotan II</w:t>
            </w:r>
          </w:p>
        </w:tc>
        <w:tc>
          <w:tcPr>
            <w:tcW w:type="dxa" w:w="2592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TANNING PEPTIDE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10mg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$39.99</w:t>
            </w:r>
          </w:p>
        </w:tc>
        <w:tc>
          <w:tcPr>
            <w:tcW w:type="dxa" w:w="1728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Wolverine Stack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BPC-157 10mg / TB-500 10mg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20mg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$129.99</w:t>
            </w:r>
          </w:p>
        </w:tc>
        <w:tc>
          <w:tcPr>
            <w:tcW w:type="dxa" w:w="1728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SS-31</w:t>
            </w:r>
          </w:p>
        </w:tc>
        <w:tc>
          <w:tcPr>
            <w:tcW w:type="dxa" w:w="2592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CELLULAR HEALTH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10mg</w:t>
            </w:r>
          </w:p>
        </w:tc>
        <w:tc>
          <w:tcPr>
            <w:tcW w:type="dxa" w:w="1296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$69.99</w:t>
            </w:r>
          </w:p>
        </w:tc>
        <w:tc>
          <w:tcPr>
            <w:tcW w:type="dxa" w:w="1728"/>
            <w:shd w:fill="F9FAFB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  <w:tr>
        <w:tc>
          <w:tcPr>
            <w:tcW w:type="dxa" w:w="3600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b/>
                <w:sz w:val="18"/>
              </w:rPr>
              <w:t>PT-141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</w:pPr>
            <w:r>
              <w:rPr>
                <w:sz w:val="18"/>
              </w:rPr>
              <w:t>RESEARCH PEPTIDE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10mg</w:t>
            </w:r>
          </w:p>
        </w:tc>
        <w:tc>
          <w:tcPr>
            <w:tcW w:type="dxa" w:w="1296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$139.99</w:t>
            </w:r>
          </w:p>
        </w:tc>
        <w:tc>
          <w:tcPr>
            <w:tcW w:type="dxa" w:w="1728"/>
            <w:shd w:fill="FFFFFF"/>
            <w:tcMar>
              <w:top w:w="40" w:type="dxa"/>
              <w:bottom w:w="40" w:type="dxa"/>
              <w:left w:w="100" w:type="dxa"/>
              <w:right w:w="100" w:type="dxa"/>
            </w:tcMar>
          </w:tcPr>
          <w:p>
            <w:pPr>
              <w:spacing w:before="20" w:after="20"/>
              <w:jc w:val="center"/>
            </w:pPr>
            <w:r>
              <w:rPr>
                <w:sz w:val="18"/>
              </w:rPr>
              <w:t>[          ]</w:t>
            </w:r>
          </w:p>
        </w:tc>
      </w:tr>
    </w:tbl>
    <w:p>
      <w:pPr>
        <w:spacing w:before="12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10B981"/>
          <w:bottom w:val="single" w:sz="4" w:space="0" w:color="10B981"/>
          <w:left w:val="single" w:sz="4" w:space="0" w:color="10B981"/>
          <w:right w:val="single" w:sz="4" w:space="0" w:color="10B981"/>
          <w:insideH w:val="single" w:sz="4" w:space="0" w:color="10B981"/>
          <w:insideV w:val="single" w:sz="4" w:space="0" w:color="10B981"/>
        </w:tblBorders>
      </w:tblPr>
      <w:tblGrid>
        <w:gridCol w:w="5256"/>
        <w:gridCol w:w="5256"/>
      </w:tblGrid>
      <w:tr>
        <w:tc>
          <w:tcPr>
            <w:tcW w:type="dxa" w:w="6480"/>
            <w:shd w:fill="F3F4F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</w:rPr>
              <w:t>Special Notes / Instructions:</w:t>
              <w:br/>
            </w:r>
            <w:r>
              <w:t>_____________________________________________________</w:t>
            </w:r>
          </w:p>
        </w:tc>
        <w:tc>
          <w:tcPr>
            <w:tcW w:type="dxa" w:w="4032"/>
            <w:shd w:fill="ECFDF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047857"/>
              </w:rPr>
              <w:t>TOTAL AMOUNT:</w:t>
              <w:br/>
            </w:r>
            <w:r>
              <w:rPr>
                <w:b/>
                <w:sz w:val="22"/>
              </w:rPr>
              <w:t>$ _______________________</w:t>
            </w:r>
          </w:p>
        </w:tc>
      </w:tr>
    </w:tbl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F293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